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9B1D" w14:textId="77777777" w:rsidR="00F8340F" w:rsidRPr="00C62D59" w:rsidRDefault="00000000">
      <w:pPr>
        <w:pStyle w:val="Kop1"/>
        <w:rPr>
          <w:lang w:val="nl-NL"/>
        </w:rPr>
      </w:pPr>
      <w:r w:rsidRPr="00C62D59">
        <w:rPr>
          <w:lang w:val="nl-NL"/>
        </w:rPr>
        <w:t>Voorbeeld bezwaarbrief</w:t>
      </w:r>
    </w:p>
    <w:p w14:paraId="266E7895" w14:textId="5F084E09" w:rsidR="00853E3B" w:rsidRDefault="00853E3B">
      <w:pPr>
        <w:rPr>
          <w:b/>
          <w:sz w:val="20"/>
          <w:szCs w:val="20"/>
          <w:lang w:val="nl-NL"/>
        </w:rPr>
      </w:pPr>
      <w:r>
        <w:rPr>
          <w:b/>
          <w:sz w:val="20"/>
          <w:szCs w:val="20"/>
          <w:lang w:val="nl-NL"/>
        </w:rPr>
        <w:br/>
      </w:r>
      <w:r w:rsidRPr="00853E3B">
        <w:rPr>
          <w:b/>
          <w:sz w:val="20"/>
          <w:szCs w:val="20"/>
          <w:highlight w:val="yellow"/>
          <w:lang w:val="nl-NL"/>
        </w:rPr>
        <w:t>Aan het College van Burgemeester en Wethouders van de gemeente Ede</w:t>
      </w:r>
      <w:r w:rsidRPr="00853E3B">
        <w:rPr>
          <w:b/>
          <w:sz w:val="20"/>
          <w:szCs w:val="20"/>
          <w:highlight w:val="yellow"/>
          <w:lang w:val="nl-NL"/>
        </w:rPr>
        <w:br/>
        <w:t xml:space="preserve">T.a.v. de heer </w:t>
      </w:r>
      <w:r w:rsidR="005F37F8">
        <w:rPr>
          <w:b/>
          <w:sz w:val="20"/>
          <w:szCs w:val="20"/>
          <w:highlight w:val="yellow"/>
          <w:lang w:val="nl-NL"/>
        </w:rPr>
        <w:t>Arnold Versteeg</w:t>
      </w:r>
      <w:r w:rsidRPr="00853E3B">
        <w:rPr>
          <w:b/>
          <w:sz w:val="20"/>
          <w:szCs w:val="20"/>
          <w:highlight w:val="yellow"/>
          <w:lang w:val="nl-NL"/>
        </w:rPr>
        <w:br/>
        <w:t xml:space="preserve">Email: </w:t>
      </w:r>
      <w:r w:rsidR="005F37F8" w:rsidRPr="005F37F8">
        <w:rPr>
          <w:b/>
          <w:sz w:val="20"/>
          <w:szCs w:val="20"/>
          <w:highlight w:val="yellow"/>
          <w:lang w:val="nl-NL"/>
        </w:rPr>
        <w:t>arnold.versteeg@ede.nl</w:t>
      </w:r>
    </w:p>
    <w:p w14:paraId="7545972D" w14:textId="1ACD4606" w:rsidR="00F8340F" w:rsidRPr="00C62D59" w:rsidRDefault="00000000">
      <w:pPr>
        <w:rPr>
          <w:sz w:val="20"/>
          <w:szCs w:val="20"/>
          <w:lang w:val="nl-NL"/>
        </w:rPr>
      </w:pPr>
      <w:r w:rsidRPr="00C62D59">
        <w:rPr>
          <w:b/>
          <w:sz w:val="20"/>
          <w:szCs w:val="20"/>
          <w:lang w:val="nl-NL"/>
        </w:rPr>
        <w:t xml:space="preserve">Betreft: Behoud van het hondenlosloopgebied op Landgoed </w:t>
      </w:r>
      <w:proofErr w:type="spellStart"/>
      <w:r w:rsidRPr="00C62D59">
        <w:rPr>
          <w:b/>
          <w:sz w:val="20"/>
          <w:szCs w:val="20"/>
          <w:lang w:val="nl-NL"/>
        </w:rPr>
        <w:t>Hoekelum</w:t>
      </w:r>
      <w:proofErr w:type="spellEnd"/>
    </w:p>
    <w:p w14:paraId="3663BF7E" w14:textId="77777777" w:rsidR="00853E3B" w:rsidRDefault="00853E3B" w:rsidP="00853E3B">
      <w:pPr>
        <w:jc w:val="right"/>
        <w:rPr>
          <w:sz w:val="20"/>
          <w:szCs w:val="20"/>
          <w:lang w:val="nl-NL"/>
        </w:rPr>
      </w:pPr>
      <w:r w:rsidRPr="00853E3B">
        <w:rPr>
          <w:sz w:val="20"/>
          <w:szCs w:val="20"/>
          <w:highlight w:val="yellow"/>
          <w:lang w:val="nl-NL"/>
        </w:rPr>
        <w:t>[Plaats, Datum]</w:t>
      </w:r>
    </w:p>
    <w:p w14:paraId="09C58C11" w14:textId="2CADD561" w:rsidR="00F8340F" w:rsidRPr="00C62D59" w:rsidRDefault="00000000">
      <w:pPr>
        <w:rPr>
          <w:sz w:val="20"/>
          <w:szCs w:val="20"/>
          <w:lang w:val="nl-NL"/>
        </w:rPr>
      </w:pPr>
      <w:r w:rsidRPr="00C62D59">
        <w:rPr>
          <w:sz w:val="20"/>
          <w:szCs w:val="20"/>
          <w:lang w:val="nl-NL"/>
        </w:rPr>
        <w:t>Geacht college,</w:t>
      </w:r>
      <w:r w:rsidR="00853E3B">
        <w:rPr>
          <w:sz w:val="20"/>
          <w:szCs w:val="20"/>
          <w:lang w:val="nl-NL"/>
        </w:rPr>
        <w:t xml:space="preserve"> geachte heer </w:t>
      </w:r>
      <w:r w:rsidR="005F37F8">
        <w:rPr>
          <w:sz w:val="20"/>
          <w:szCs w:val="20"/>
          <w:lang w:val="nl-NL"/>
        </w:rPr>
        <w:t>Versteeg</w:t>
      </w:r>
      <w:r w:rsidR="00853E3B">
        <w:rPr>
          <w:sz w:val="20"/>
          <w:szCs w:val="20"/>
          <w:lang w:val="nl-NL"/>
        </w:rPr>
        <w:t>,</w:t>
      </w:r>
      <w:r w:rsidRPr="00C62D59">
        <w:rPr>
          <w:sz w:val="20"/>
          <w:szCs w:val="20"/>
          <w:lang w:val="nl-NL"/>
        </w:rPr>
        <w:br/>
      </w:r>
      <w:r w:rsidRPr="00C62D59">
        <w:rPr>
          <w:sz w:val="20"/>
          <w:szCs w:val="20"/>
          <w:lang w:val="nl-NL"/>
        </w:rPr>
        <w:br/>
        <w:t xml:space="preserve">Met deze brief wil ik mijn grote zorg uitspreken over de voorgenomen plannen om het hondenlosloopgebied op Landgoed </w:t>
      </w:r>
      <w:proofErr w:type="spellStart"/>
      <w:r w:rsidRPr="00C62D59">
        <w:rPr>
          <w:sz w:val="20"/>
          <w:szCs w:val="20"/>
          <w:lang w:val="nl-NL"/>
        </w:rPr>
        <w:t>Hoekelum</w:t>
      </w:r>
      <w:proofErr w:type="spellEnd"/>
      <w:r w:rsidRPr="00C62D59">
        <w:rPr>
          <w:sz w:val="20"/>
          <w:szCs w:val="20"/>
          <w:lang w:val="nl-NL"/>
        </w:rPr>
        <w:t xml:space="preserve"> te beëindigen of verder te beperken.</w:t>
      </w:r>
      <w:r w:rsidRPr="00C62D59">
        <w:rPr>
          <w:sz w:val="20"/>
          <w:szCs w:val="20"/>
          <w:lang w:val="nl-NL"/>
        </w:rPr>
        <w:br/>
      </w:r>
      <w:r w:rsidRPr="00C62D59">
        <w:rPr>
          <w:sz w:val="20"/>
          <w:szCs w:val="20"/>
          <w:lang w:val="nl-NL"/>
        </w:rPr>
        <w:br/>
        <w:t>Het losloopgebied vervult al jarenlang een belangrijke maatschappelijke functie. Dagelijks maken vele inwoners uit Ede en de omliggende gemeenten gebruik van dit gebied om hun hond op een verantwoorde manier beweging en sociaal contact te bieden. Tegelijkertijd is het voor veel bezoekers een waardevolle plek om te wandelen, te ontspannen en elkaar te ontmoeten.</w:t>
      </w:r>
      <w:r w:rsidRPr="00C62D59">
        <w:rPr>
          <w:sz w:val="20"/>
          <w:szCs w:val="20"/>
          <w:lang w:val="nl-NL"/>
        </w:rPr>
        <w:br/>
      </w:r>
      <w:r w:rsidRPr="00C62D59">
        <w:rPr>
          <w:sz w:val="20"/>
          <w:szCs w:val="20"/>
          <w:lang w:val="nl-NL"/>
        </w:rPr>
        <w:br/>
        <w:t>Ik begrijp dat natuurbehoud en recreatie zorgvuldig met elkaar in balans moeten worden gebracht. Juist daarom vraag ik u om te kiezen voor oplossingen die zowel de natuur als de recreatieve functie van het gebied behouden. Een volledige opheffing van het losloopgebied lijkt een ingrijpende maatregel waarvan de gevolgen voor duizenden bezoekers groot zijn.</w:t>
      </w:r>
      <w:r w:rsidRPr="00C62D59">
        <w:rPr>
          <w:sz w:val="20"/>
          <w:szCs w:val="20"/>
          <w:lang w:val="nl-NL"/>
        </w:rPr>
        <w:br/>
      </w:r>
      <w:r w:rsidRPr="00C62D59">
        <w:rPr>
          <w:sz w:val="20"/>
          <w:szCs w:val="20"/>
          <w:lang w:val="nl-NL"/>
        </w:rPr>
        <w:br/>
        <w:t>Ik verzoek u daarom:</w:t>
      </w:r>
      <w:r w:rsidRPr="00C62D59">
        <w:rPr>
          <w:sz w:val="20"/>
          <w:szCs w:val="20"/>
          <w:lang w:val="nl-NL"/>
        </w:rPr>
        <w:br/>
        <w:t xml:space="preserve">• het hondenlosloopgebied op Landgoed </w:t>
      </w:r>
      <w:proofErr w:type="spellStart"/>
      <w:r w:rsidRPr="00C62D59">
        <w:rPr>
          <w:sz w:val="20"/>
          <w:szCs w:val="20"/>
          <w:lang w:val="nl-NL"/>
        </w:rPr>
        <w:t>Hoekelum</w:t>
      </w:r>
      <w:proofErr w:type="spellEnd"/>
      <w:r w:rsidRPr="00C62D59">
        <w:rPr>
          <w:sz w:val="20"/>
          <w:szCs w:val="20"/>
          <w:lang w:val="nl-NL"/>
        </w:rPr>
        <w:t xml:space="preserve"> te behouden;</w:t>
      </w:r>
      <w:r w:rsidRPr="00C62D59">
        <w:rPr>
          <w:sz w:val="20"/>
          <w:szCs w:val="20"/>
          <w:lang w:val="nl-NL"/>
        </w:rPr>
        <w:br/>
        <w:t>• af te zien van maatregelen die de vrije toegankelijkheid van het gebied onnodig beperken</w:t>
      </w:r>
      <w:r w:rsidR="00853E3B">
        <w:rPr>
          <w:sz w:val="20"/>
          <w:szCs w:val="20"/>
          <w:lang w:val="nl-NL"/>
        </w:rPr>
        <w:t>, zoals het invoeren van betaald parkeren.</w:t>
      </w:r>
      <w:r w:rsidRPr="00C62D59">
        <w:rPr>
          <w:sz w:val="20"/>
          <w:szCs w:val="20"/>
          <w:lang w:val="nl-NL"/>
        </w:rPr>
        <w:br/>
        <w:t>• in overleg te gaan met gebruikers, omwonenden, natuurorganisaties en andere belanghebbenden om gezamenlijk tot een evenwichtige oplossing te komen;</w:t>
      </w:r>
      <w:r w:rsidRPr="00C62D59">
        <w:rPr>
          <w:sz w:val="20"/>
          <w:szCs w:val="20"/>
          <w:lang w:val="nl-NL"/>
        </w:rPr>
        <w:br/>
        <w:t>• bij uw besluitvorming nadrukkelijk rekening te houden met de maatschappelijke waarde van het gebied voor inwoners en hun honden.</w:t>
      </w:r>
      <w:r w:rsidRPr="00C62D59">
        <w:rPr>
          <w:sz w:val="20"/>
          <w:szCs w:val="20"/>
          <w:lang w:val="nl-NL"/>
        </w:rPr>
        <w:br/>
      </w:r>
      <w:r w:rsidRPr="00C62D59">
        <w:rPr>
          <w:sz w:val="20"/>
          <w:szCs w:val="20"/>
          <w:lang w:val="nl-NL"/>
        </w:rPr>
        <w:br/>
        <w:t xml:space="preserve">Landgoed </w:t>
      </w:r>
      <w:proofErr w:type="spellStart"/>
      <w:r w:rsidRPr="00C62D59">
        <w:rPr>
          <w:sz w:val="20"/>
          <w:szCs w:val="20"/>
          <w:lang w:val="nl-NL"/>
        </w:rPr>
        <w:t>Hoekelum</w:t>
      </w:r>
      <w:proofErr w:type="spellEnd"/>
      <w:r w:rsidRPr="00C62D59">
        <w:rPr>
          <w:sz w:val="20"/>
          <w:szCs w:val="20"/>
          <w:lang w:val="nl-NL"/>
        </w:rPr>
        <w:t xml:space="preserve"> is een bijzondere plek waar natuur, recreatie en leefbaarheid al jarenlang samengaan. Ik vertrouw erop dat u deze belangen zorgvuldig zult afwegen en zich zult inzetten voor een oplossing waarbij het gebied toegankelijk blijft voor iedereen.</w:t>
      </w:r>
      <w:r w:rsidRPr="00C62D59">
        <w:rPr>
          <w:sz w:val="20"/>
          <w:szCs w:val="20"/>
          <w:lang w:val="nl-NL"/>
        </w:rPr>
        <w:br/>
      </w:r>
      <w:r w:rsidRPr="00C62D59">
        <w:rPr>
          <w:sz w:val="20"/>
          <w:szCs w:val="20"/>
          <w:lang w:val="nl-NL"/>
        </w:rPr>
        <w:br/>
        <w:t>Ik verzoek u mijn bezwaren en zorgen mee te nemen bij de verdere besluitvorming.</w:t>
      </w:r>
      <w:r w:rsidRPr="00C62D59">
        <w:rPr>
          <w:sz w:val="20"/>
          <w:szCs w:val="20"/>
          <w:lang w:val="nl-NL"/>
        </w:rPr>
        <w:br/>
      </w:r>
      <w:r w:rsidRPr="00C62D59">
        <w:rPr>
          <w:sz w:val="20"/>
          <w:szCs w:val="20"/>
          <w:lang w:val="nl-NL"/>
        </w:rPr>
        <w:br/>
        <w:t>Met vriendelijke groet,</w:t>
      </w:r>
      <w:r w:rsidRPr="00C62D59">
        <w:rPr>
          <w:sz w:val="20"/>
          <w:szCs w:val="20"/>
          <w:lang w:val="nl-NL"/>
        </w:rPr>
        <w:br/>
      </w:r>
      <w:r w:rsidRPr="00C62D59">
        <w:rPr>
          <w:sz w:val="20"/>
          <w:szCs w:val="20"/>
          <w:highlight w:val="yellow"/>
          <w:lang w:val="nl-NL"/>
        </w:rPr>
        <w:t>[</w:t>
      </w:r>
      <w:r w:rsidR="00853E3B">
        <w:rPr>
          <w:sz w:val="20"/>
          <w:szCs w:val="20"/>
          <w:highlight w:val="yellow"/>
          <w:lang w:val="nl-NL"/>
        </w:rPr>
        <w:t xml:space="preserve">Uw </w:t>
      </w:r>
      <w:r w:rsidRPr="00C62D59">
        <w:rPr>
          <w:sz w:val="20"/>
          <w:szCs w:val="20"/>
          <w:highlight w:val="yellow"/>
          <w:lang w:val="nl-NL"/>
        </w:rPr>
        <w:t>Naam]</w:t>
      </w:r>
      <w:r w:rsidRPr="00C62D59">
        <w:rPr>
          <w:sz w:val="20"/>
          <w:szCs w:val="20"/>
          <w:highlight w:val="yellow"/>
          <w:lang w:val="nl-NL"/>
        </w:rPr>
        <w:br/>
        <w:t>[</w:t>
      </w:r>
      <w:r w:rsidR="00853E3B">
        <w:rPr>
          <w:sz w:val="20"/>
          <w:szCs w:val="20"/>
          <w:highlight w:val="yellow"/>
          <w:lang w:val="nl-NL"/>
        </w:rPr>
        <w:t xml:space="preserve">Uw </w:t>
      </w:r>
      <w:r w:rsidRPr="00C62D59">
        <w:rPr>
          <w:sz w:val="20"/>
          <w:szCs w:val="20"/>
          <w:highlight w:val="yellow"/>
          <w:lang w:val="nl-NL"/>
        </w:rPr>
        <w:t>Adres]</w:t>
      </w:r>
      <w:r w:rsidRPr="00C62D59">
        <w:rPr>
          <w:sz w:val="20"/>
          <w:szCs w:val="20"/>
          <w:highlight w:val="yellow"/>
          <w:lang w:val="nl-NL"/>
        </w:rPr>
        <w:br/>
        <w:t>[</w:t>
      </w:r>
      <w:r w:rsidR="00853E3B">
        <w:rPr>
          <w:sz w:val="20"/>
          <w:szCs w:val="20"/>
          <w:highlight w:val="yellow"/>
          <w:lang w:val="nl-NL"/>
        </w:rPr>
        <w:t xml:space="preserve">Uw </w:t>
      </w:r>
      <w:r w:rsidRPr="00C62D59">
        <w:rPr>
          <w:sz w:val="20"/>
          <w:szCs w:val="20"/>
          <w:highlight w:val="yellow"/>
          <w:lang w:val="nl-NL"/>
        </w:rPr>
        <w:t xml:space="preserve">Postcode en </w:t>
      </w:r>
      <w:r w:rsidR="00853E3B">
        <w:rPr>
          <w:sz w:val="20"/>
          <w:szCs w:val="20"/>
          <w:highlight w:val="yellow"/>
          <w:lang w:val="nl-NL"/>
        </w:rPr>
        <w:t>W</w:t>
      </w:r>
      <w:r w:rsidRPr="00C62D59">
        <w:rPr>
          <w:sz w:val="20"/>
          <w:szCs w:val="20"/>
          <w:highlight w:val="yellow"/>
          <w:lang w:val="nl-NL"/>
        </w:rPr>
        <w:t>oonplaats]</w:t>
      </w:r>
      <w:r w:rsidR="00C62D59">
        <w:rPr>
          <w:sz w:val="20"/>
          <w:szCs w:val="20"/>
          <w:highlight w:val="yellow"/>
          <w:lang w:val="nl-NL"/>
        </w:rPr>
        <w:br/>
      </w:r>
      <w:r w:rsidRPr="00C62D59">
        <w:rPr>
          <w:sz w:val="20"/>
          <w:szCs w:val="20"/>
          <w:highlight w:val="yellow"/>
          <w:lang w:val="nl-NL"/>
        </w:rPr>
        <w:t>[E-mailadres]</w:t>
      </w:r>
    </w:p>
    <w:sectPr w:rsidR="00F8340F" w:rsidRPr="00C62D5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280382887">
    <w:abstractNumId w:val="8"/>
  </w:num>
  <w:num w:numId="2" w16cid:durableId="155269183">
    <w:abstractNumId w:val="6"/>
  </w:num>
  <w:num w:numId="3" w16cid:durableId="61563790">
    <w:abstractNumId w:val="5"/>
  </w:num>
  <w:num w:numId="4" w16cid:durableId="661205687">
    <w:abstractNumId w:val="4"/>
  </w:num>
  <w:num w:numId="5" w16cid:durableId="1596282137">
    <w:abstractNumId w:val="7"/>
  </w:num>
  <w:num w:numId="6" w16cid:durableId="1649166412">
    <w:abstractNumId w:val="3"/>
  </w:num>
  <w:num w:numId="7" w16cid:durableId="494105578">
    <w:abstractNumId w:val="2"/>
  </w:num>
  <w:num w:numId="8" w16cid:durableId="1677921952">
    <w:abstractNumId w:val="1"/>
  </w:num>
  <w:num w:numId="9" w16cid:durableId="110915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E3D61"/>
    <w:rsid w:val="005F37F8"/>
    <w:rsid w:val="00853E3B"/>
    <w:rsid w:val="00946A03"/>
    <w:rsid w:val="00AA1D8D"/>
    <w:rsid w:val="00B47730"/>
    <w:rsid w:val="00C62D59"/>
    <w:rsid w:val="00C65747"/>
    <w:rsid w:val="00CB0664"/>
    <w:rsid w:val="00F834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C90757"/>
  <w14:defaultImageDpi w14:val="300"/>
  <w15:docId w15:val="{16BC9727-CC3B-4C65-90CF-8CA783867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hAnsi="Calibri"/>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320</Words>
  <Characters>1766</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Christiaan Schipper</cp:lastModifiedBy>
  <cp:revision>4</cp:revision>
  <dcterms:created xsi:type="dcterms:W3CDTF">2013-12-23T23:15:00Z</dcterms:created>
  <dcterms:modified xsi:type="dcterms:W3CDTF">2026-09-18T21:45:00Z</dcterms:modified>
  <cp:category/>
</cp:coreProperties>
</file>